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ולזהות מילים הקשורות לכיתה ולבית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ולסווג מילים לפי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טוש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הצלצול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מספריים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בהפסקה אין שיעורים ואפשר לשחק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בעיקר כותבת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התלמידים יודעים מתי להיכנס ומתי לצאת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מחק משמש למחוק כתיבה בעיפרון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צלצול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(מראה מה השעה)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(שמים בו ספרים ומחברות)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(מראה מדינות ומקומות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(עוזר למדוד ולצייר קו 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(מדביק דפים ותמונות)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יום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מגיעים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נשמע הצלצול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השיעור מתחיל והמורה מסבירה ליד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נשמע הצלצול להפסקה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התלמידים יוצאים לחצר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במילה ספרייה, למשל השאלתי ספר בספרייה.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עיפרון, מחק, מחברת.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צלצול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הקשורה לחצר, משחק או 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עם יצירת כרטיסי בינגו מאותן מילים כדי לתרגל שוב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מהגלוסר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שמככבות במשחק הבינגו של הכיתה - חפצים, אנשים ומושגים שאנחנו פוגשים כל יום בבית הספר.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משתמשים בו כדי לכתוב על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טוש ללוח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שומרים ספרים ואפשר להשאיל אותם?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מצלצל ומודיע שהשיעור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הצלצול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כלי גוזרים נייר?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לצייר קו ישר ולמדוד אורך?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התלמידים יוצאים לחצר.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כותבת בכל שיעור במחברת של כל 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הצלצול מסמן תחילת וסיום של שיעורים.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מחק משמש לגזור נייר.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כותבים בעיפרון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הכניסה לכיתה שומעים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ספרי סיפורים אפשר למצוא ולהשאיל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מדביקים דפים ותמונות בעזרת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מסבירה ועומדת ליד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למדוד ולצייר קו 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מראה מה השעה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מדביק דפים ותמונות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מראה מדינות ומקומות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דבק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שמים בו ספרים ומחברות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יום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נשמע הצלצול להפסקה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יוצאים לחצר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השיעור מתחיל והמורה מסבירה ליד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נשמע הצלצול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מגיעים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ספרייה.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רשמו שלוש מילים הקשורות לכלי כתיבה.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למקום ששומרים בו 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הקול שמודיע על סוף שיעור?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להפסקה.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