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מילים הקשורות לכיתה ולבית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ולסווג מילים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טוש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הצלצול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מספריים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בהפסקה אין שיעורים ואפשר לשחק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בעיקר כותבת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התלמידים יודעים מתי להיכנס ומתי לצאת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מחק משמש למחוק כתיבה בעיפרון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צלצול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(מראה מה השעה)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(שמים בו ספרים ומחברות)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(מראה מדינות ומקומות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(עוזר למדוד ולצייר קו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(מדביק דפים ותמונות)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יום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מגיעים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נשמע הצלצול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השיעור מתחיל והמורה מסבירה ליד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נשמע הצלצול להפסקה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התלמידים יוצאים לחצר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ספרייה, למשל השאלתי ספר בספרייה.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עיפרון, מחק, מחברת.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צלצול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הקשורה לחצר, משחק או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יצירת כרטיסי בינגו מאותן מילים כדי לתרגל שוב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מהגלוסר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מהכיתה. נתרגל אותן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שׁוּלְחָן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רהיט שיושבים לידו וכותבים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לוּחַ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משטח שהמורה כותבת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מַחְבֶּרֶת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דפים שכותבים בהם בשיעור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עִפָּרוֹן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סַפְרִיָּה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ששומרים בו ספרים ואפשר להשאיל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הַפְסָקָה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קצר בלי שיעורים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צִלְצוּל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שמודיע על תחילת או סיום 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סַרְגֵּל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לצייר קו ישר ולמדוד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איתו על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טוש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 הרבה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משמיע קול כשהשיעור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הצלצול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גוזר נייר?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לצייר קו 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התלמידים יוצאים לחצר.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כותבת בכל שיעור במחברת של כל 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הצלצול מסמן תחילת וסיום של 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 משמש לגזור 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כותבים בעיפרון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הכניסה לכיתה שומעים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ספרי סיפורים אפשר למצוא ולהשאיל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מדביקים דפים ותמונות בעזרת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מסבירה ועומדת ליד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למדוד ולצייר קו 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מדינות ומקומות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מדביק דפים ותמונות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מה השעה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שמים בו ספרים ומחברות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יום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מתחיל והמורה מסבירה ליד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יוצאים לחצר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 הצלצול להפסקה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מגיעים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 הצלצול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ספרייה.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רשמו שלוש מילים הקשורות לכלי כתיבה.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למקום ששומרים בו 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הקול שמודיע על סוף שיעור?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להפסקה.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