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מילים הקשורות לכיתה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ולסווג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טוש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הצלצול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בהפסקה אין שיעורים ואפשר לשחק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התלמידים יודעים מתי להיכנס ומתי לצאת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(מראה מה השעה)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 למדוד ולצייר קו ישר)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יום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מגיעים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נשמע הצלצול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נשמע הצלצול להפסקה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ספרייה, למשל השאלתי ספר בספרייה.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צלצול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לחצר, משחק או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יצירת כרטיסי בינגו מאותן מילים כדי לתרגל שוב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מהגלוסר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שמככבות במשחק הבינגו של הכיתה - חפצים, אנשים ומושגים שאנחנו פוגשים כל יום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ספרייה  ·  מחברת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משתמשים בו כדי לכתוב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טוש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שומרים ספרים ואפשר להשאיל אותם?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מצלצל ומודיע שהשיעור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הצלצול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בהפסקה התלמידים יוצאים לחצר.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הצלצול מסמן תחילת וסיום של 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כותבים בעיפרון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ספרי סיפורים אפשר למצוא ולהשאיל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שמים בו ספרים ומחברות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 למדוד ולצייר קו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מראה מה השעה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נשמע הצלצול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נשמע הצלצול להפסקה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מגיעים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ספרייה.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למקום ששומרים בו 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הקול שמודיע על סוף 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